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שואה וגבורה – אחותי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המשורר טוביה ריבנר ואת נסיבות חייו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השיעור ואת דרך הקריאה בשיר 'אחותי הקטנה'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מונחים ספרותיים: חזרה, מטפורה, מחזור שירים, שתיקה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טוביה ריבנר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מסמנים איפה האחות 'נמצאת'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מדליק נר או מציג תמונת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בהיכרות עם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במערך כתוב שכל שיתוף הוא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בשלב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שלב המונחים אורך 7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(אמירה של אותה מילה או ביטוי כמה פעמים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(השוואה בין שני דברים בלי מילת הדמיון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שירים שקשורים זה לזה בנושא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שהמשורר משאיר לדמיון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(שמירה על כבוד אנושי גם במצבים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שקטה עם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היכרות קצרה עם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 בקול של השיר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עבודה בזוגות על שאלות מידע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הסבר קצר על מונחים ספרותיים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לתמונה אחת מהשיר או מכתב אישי רגיש, שימוש בשפה פשוטה ומכבדת, אורך 6-8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המשפחה נספתה בתקופת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שני דברים בלי מילת הדמיון כמו,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ומכבדת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 על אווירה שקטה ומכבדת לאורך כל השיעור, בדומה לפתיחה עם הנר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שהשיתוף בכתיבה האישית נשאר וולונטרי ולא נכפה על אף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זה כחזרה לפני כתיבת פסקת השוואה בנוסח בגרות עם המסלול המתקדם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שואה וגבורה – אחותי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לומדים שיר על אחות קטנה. השיר נכתב על ידי משורר בשם טוביה ריבנר. בדף הזה נתרגל את מה שלמדנו בשיעור.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אמירה של אותה מילה או משפט כמה פעמים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בלי מילת הדמיון כמו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מחזור שירים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שירים שקשורים זה לזה בנושא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שתיקה בשיר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המשורר לא אומר הכל במילים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צלם אנוש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כבוד אנושי גם במצבים קשים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השמירה על מה שהיה כדי שלא יישכח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המשורר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טוביה ריבנר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נתן זך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קריאות יש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בזמן ההקראה?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מסמנים איפה האחות 'נמצאת'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מתחיל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מקרין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 נר או מציג תמונת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מחלק דפי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תמונות של האחות יש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משפחתו של טוביה ריבנר נספתה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הזה כל שיתוף הוא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הכתיבה האישית בשיעור היא באורך 6-8 שורות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המונחים הספרותיים אורך 10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ה__________ מכירים בקצרה את המשורר טוביה ריבנר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בעבודה בזוגות דנים במשמעות הציפור וה__________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השיעור יש סבב __________ אחת על מה לוקחים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אמירה חוזרת של אותו ביטוי בשיר, כמו 'אחותי הקטנה'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שהמשורר משאיר לדמיון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 על כבוד אנושי גם במצבים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מחזור 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אמירה של אותה מילה או ביטוי כמה פעמים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שתיקה בשיר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שירים שקשורים זה לזה בנושא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צלם אנוש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בין שני דברים בלי מילת הדמיון כמו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קצר על מונחים ספרותיים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בקול של השיר פעמיים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היכרות קצרה עם המשורר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שקטה עם נר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שאלות מידע ופרשנות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6-8 שורות על אחת מתמונות האחות בשיר, או מכתב קצר אל אחות קטנה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למשפחתו של טוביה ריבנר?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מטפורה?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לוקחים איתכם מהשיר 'אחותי הקטנה'?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שואה וגבורה – אחותי הקטנה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